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-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הקורס ואת נושאי המפגשים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העקרונות המרכזיים במעבר מהערכת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מפתח כמו סולם AIAS, תוצר חזותי ובוט מלווה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הנושאים המרכזיים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לבדוק גם שלבים, תיעוד ורפלקציה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להגדיר מראש מה מותר ומה אסור לעשות עם בינה מלאכותית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תוצר יצירתי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סרטון כמשימת 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גם תסריט, סטוריבורד וטיוטות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בכל הערכות למורה בקורס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בחומרי מפגש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ערכה 1 עוסקת בפתיחה ומיפוי הערכה עם בינה מלאכותית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התלמיד מגיש גם הסבר: מה רואים, מה המסר ולמה בחר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בכותרת מפגש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מפגש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(חדשנות פדגוגית והערכה משמעותית)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(סולם AIAS - כמה בינה מלאכותית מותר)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(תוצר יצירתי חזותי)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(פרזנטציה כמשימת הערכה)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(סרטון כמשימת הערכה)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על משימת 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תסריט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בניית סטוריבורד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חלוקת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טיוטה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קבלת משוב ותיקון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לכלול: תיאור ברור של התוצר, לפחות שני שלבי ביניים שיבדקו (למשל טיוטה, משוב, תכנון), והתייחסות לרמת שימוש מותרת בבינה מלאכותית.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תוצר = בדיקת התוצאה הסופית בלבד, תהליך = בדיקת שלבים, תיעוד ורפלקציה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AIAS מגדיר מראש כמה ואיך מותר להשתמש בבינה מלאכותית במשימה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טיוטה, סטוריבורד, משוב, או הסבר על הבחירות שנעשו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למה הערכה צריכה להשתנות כשלכל תלמיד יש בינה מלאכותית בכיס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קצרה מתוך הערכה למורה כלשהי לפני ביצוע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בדיון קצר סביב כרטיסי היציאה כדי לבדוק הבנה של המושגים המרכזיים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-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הדף הזה עוזר להכיר את הקורס. בקורס לומדים איך לבדוק עבודות של תלמידים כשיש בינה מלאכותית, ולא רק להסתכל על התוצר הסופי.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חלופית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לבדוק למידה שלא רק מבחן 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סולם 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שמגדיר כמה מותר להשתמש בבינה מלאכותית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בדרך לתוצר הסופי, לא רק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של התלמיד על מה שעשה ולמה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בוט מלווה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שיחה שעוזרת לתלמיד בזמן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שמסבירה איך מעריכים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קצרה בסוף השיעור שבודקת הבנה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 חזותי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תמונה, כרזה או קומיקס שמבטאים רעיון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הנושאים המרכזיים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לבדוק גם את הדרך ולא רק את התוצר?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גם שלבים, תיעוד ורפלקציה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הערכה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מורים בבינה מלאכותית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סולם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להגדיר מראש מה מותר ומה אסור לעשות עם בינה מלאכותית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כמה שגיאות כתיב 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לדרג תלמידים לפי ציונים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תבנית מצגת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איזה סוג תוצר מדברים במפגש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תוצר יצירתי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פרזנטציה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מחברת חקר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הנושא של מפגש 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סרטון כמשימת הערכה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ערכה למורה בלבד בלי תוכן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חידון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קלפים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בודקים בנוסף לסרטון המוגמר?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הסרטון המוגמר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תסריט, סטוריבורד וטיוטות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משך הסרטון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המוזיקה ברקע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ליד הערכות למורה בקורס כתוב שלא מופיע בקובץ שם יוצר/ת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AIAS כולל חמש רמות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ערכה למורה מספר 1 עוסקת בפרזנטציה כמשימת הערכה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בתוצר חזותי התלמיד מגיש רק תמונה בלי שום הסבר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מפגש 2 בקורס עוסק בסולם AIAS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סולם __________ עוזר להגדיר כמה בינה מלאכותית מותר להשתמש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במעבר מתוצר לתהליך, מעריכים גם שלבים, תיעוד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בערכה למורה 3 התוצר המרכזי הנלמד הוא תוצר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המלווה עוזר לתלמיד בזמן העבודה על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השיעור אפשר להשתמש ב__________ כדי לבדוק הבנה בקצרה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מפגש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מפגש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סרטון כמשימת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מפגש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פרזנטציה כמשימת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מפגש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חדשנות פדגוגית והערכה משמעותית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מפגש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תוצר יצירתי חזותי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מפגש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סולם AIAS - כמה בינה מלאכותית מותר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על משימת 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סטוריבורד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טיוטה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תסריט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משוב ותיקון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תפקידים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משימת הערכה אחת (תמונה, מצגת או סרטון) שהייתם רוצים לבנות לכיתה שלכם, וציינו אילו שלבי תהליך תבדקו לפני התוצר הסופי.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הערכת תוצר להערכת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לשלב בתהליך שחשוב להעריך בתוצר חזותי או בסרטון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חומרי הקורס -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